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459" w:rsidRDefault="00972DA5">
      <w:pPr>
        <w:jc w:val="center"/>
      </w:pPr>
      <w:r>
        <w:rPr>
          <w:rFonts w:ascii="Calibri" w:hAnsi="Calibri"/>
          <w:b/>
          <w:color w:val="1F4E79"/>
          <w:sz w:val="40"/>
        </w:rPr>
        <w:t>O B A V I J E S T</w:t>
      </w:r>
      <w:bookmarkStart w:id="0" w:name="_GoBack"/>
      <w:bookmarkEnd w:id="0"/>
    </w:p>
    <w:p w:rsidR="00D32459" w:rsidRDefault="00972DA5">
      <w:pPr>
        <w:jc w:val="center"/>
      </w:pPr>
      <w:r>
        <w:rPr>
          <w:rFonts w:ascii="Calibri" w:hAnsi="Calibri"/>
          <w:i/>
          <w:color w:val="595959"/>
          <w:sz w:val="24"/>
        </w:rPr>
        <w:t>Pravo na sufinanciranu prehranu u cjelodnevnom / produženom boravku</w:t>
      </w:r>
    </w:p>
    <w:p w:rsidR="00D32459" w:rsidRDefault="00D32459"/>
    <w:p w:rsidR="00D32459" w:rsidRDefault="00972DA5" w:rsidP="00F159E0">
      <w:pPr>
        <w:spacing w:after="160"/>
        <w:jc w:val="both"/>
      </w:pPr>
      <w:r>
        <w:rPr>
          <w:rFonts w:ascii="Calibri" w:hAnsi="Calibri"/>
        </w:rPr>
        <w:t xml:space="preserve">Pravo na sufinanciranu prehranu u cjelodnevnom/produženom boravku u osnovnoj školi kojoj je osnivač Grad u iznosu od </w:t>
      </w:r>
      <w:r>
        <w:rPr>
          <w:rFonts w:ascii="Calibri" w:hAnsi="Calibri"/>
          <w:b/>
        </w:rPr>
        <w:t>60 eura na mjesečnoj razini tijekom 10 mjeseci</w:t>
      </w:r>
      <w:r>
        <w:rPr>
          <w:rFonts w:ascii="Calibri" w:hAnsi="Calibri"/>
        </w:rPr>
        <w:t xml:space="preserve"> može ostvariti učenik ako jedan roditelj/skrbnik/udomitelj ima prebivalište na području Grada uz jedan od dodatnih uvjeta: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čija obitelj ima rješenje Hrvatskog zavoda za socijalni rad o priznatom pravu na ZMN,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hrvatskog ratnog vojnog invalida</w:t>
      </w:r>
      <w:r>
        <w:rPr>
          <w:rFonts w:ascii="Calibri" w:hAnsi="Calibri"/>
        </w:rPr>
        <w:t xml:space="preserve"> ili mirnodopskog vojnog invalida ili civilnog invalida rata s utvrđenim stupnjem invaliditeta od 70% i većim,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samohranog roditelja, ako kućanstvo zadovoljava uvjet prihoda definiran ovom Odlukom uvećan za 100%,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iz obitelji s troje i više dje</w:t>
      </w:r>
      <w:r>
        <w:rPr>
          <w:rFonts w:ascii="Calibri" w:hAnsi="Calibri"/>
        </w:rPr>
        <w:t>ce pod uvjetom da je jedan roditelj korisnik dječjeg doplatka Hrvatskog zavoda za mirovinsko osiguranje,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iz obitelji u kojoj su oba roditelja/skrbnici nezaposleni,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sa teškoćama u razvoju,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na smještaju i skrbi u udomiteljskoj/skrbničkoj</w:t>
      </w:r>
      <w:r>
        <w:rPr>
          <w:rFonts w:ascii="Calibri" w:hAnsi="Calibri"/>
        </w:rPr>
        <w:t xml:space="preserve"> obitelj,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dijete čija su oba roditelja/skrbnika/udomitelja osobe s invaliditetom sa 100% oštećenjem.</w:t>
      </w:r>
    </w:p>
    <w:p w:rsidR="00D32459" w:rsidRDefault="00D32459"/>
    <w:p w:rsidR="00D32459" w:rsidRDefault="00972DA5">
      <w:pPr>
        <w:spacing w:before="240" w:after="80"/>
      </w:pPr>
      <w:r>
        <w:rPr>
          <w:rFonts w:ascii="Calibri" w:hAnsi="Calibri"/>
          <w:b/>
          <w:color w:val="1F4E79"/>
          <w:sz w:val="28"/>
        </w:rPr>
        <w:t>Način podnošenja zahtjeva</w:t>
      </w:r>
    </w:p>
    <w:p w:rsidR="00D32459" w:rsidRDefault="00972DA5">
      <w:pPr>
        <w:spacing w:after="80"/>
      </w:pPr>
      <w:r>
        <w:rPr>
          <w:rFonts w:ascii="Calibri" w:hAnsi="Calibri"/>
        </w:rPr>
        <w:t>Zahtjev s potrebnom dokumentacijom roditelji/skrbnik/udomitelj mogu: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dostaviti odgojno obrazovnoj ustanovi koja zahtjev s dokume</w:t>
      </w:r>
      <w:r>
        <w:rPr>
          <w:rFonts w:ascii="Calibri" w:hAnsi="Calibri"/>
        </w:rPr>
        <w:t>ntacijom prosljeđuje Upravnom tijelu,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poslati poštom Upravnom tijelu,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</w:rPr>
        <w:t>osobno donijeti u centralnu pisarnicu Grada Splita,</w:t>
      </w:r>
    </w:p>
    <w:p w:rsidR="00D32459" w:rsidRDefault="00972DA5">
      <w:pPr>
        <w:pStyle w:val="ListBullet"/>
        <w:spacing w:after="80"/>
      </w:pPr>
      <w:r>
        <w:rPr>
          <w:rFonts w:ascii="Calibri" w:hAnsi="Calibri"/>
          <w:b/>
        </w:rPr>
        <w:t>putem elektroničke pošte na e-mail pisarnica@split.hr</w:t>
      </w:r>
    </w:p>
    <w:p w:rsidR="00D32459" w:rsidRDefault="00D32459"/>
    <w:p w:rsidR="00D32459" w:rsidRDefault="00972DA5">
      <w:pPr>
        <w:spacing w:before="240" w:after="80"/>
      </w:pPr>
      <w:r>
        <w:rPr>
          <w:rFonts w:ascii="Calibri" w:hAnsi="Calibri"/>
          <w:b/>
          <w:color w:val="1F4E79"/>
          <w:sz w:val="28"/>
        </w:rPr>
        <w:t>Isplata sredstava</w:t>
      </w:r>
    </w:p>
    <w:p w:rsidR="00D32459" w:rsidRDefault="00972DA5" w:rsidP="00F159E0">
      <w:pPr>
        <w:spacing w:after="240"/>
        <w:jc w:val="both"/>
      </w:pPr>
      <w:r>
        <w:rPr>
          <w:rFonts w:ascii="Calibri" w:hAnsi="Calibri"/>
        </w:rPr>
        <w:t>Roditelji/skrbnici/udomitelji će nakon podnošenja zahtjeva do</w:t>
      </w:r>
      <w:r>
        <w:rPr>
          <w:rFonts w:ascii="Calibri" w:hAnsi="Calibri"/>
        </w:rPr>
        <w:t>biti rješenja, a odobreni iznos sufinanciranja Upravni odjel za socijalnu skrb., branitelje i demografiju Grada Splita će isplaćivati mjesečno na račun Ustanove.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D32459">
        <w:trPr>
          <w:jc w:val="center"/>
        </w:trPr>
        <w:tc>
          <w:tcPr>
            <w:tcW w:w="9360" w:type="dxa"/>
            <w:shd w:val="clear" w:color="auto" w:fill="F2F2F2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D32459" w:rsidRDefault="00972DA5">
            <w:pPr>
              <w:spacing w:after="0"/>
            </w:pPr>
            <w:r>
              <w:rPr>
                <w:rFonts w:ascii="Calibri" w:hAnsi="Calibri"/>
                <w:b/>
                <w:color w:val="C00000"/>
              </w:rPr>
              <w:t>NAPOMENA:</w:t>
            </w:r>
            <w:r>
              <w:rPr>
                <w:rFonts w:ascii="Calibri" w:hAnsi="Calibri"/>
                <w:b/>
                <w:color w:val="C00000"/>
              </w:rPr>
              <w:br/>
            </w:r>
            <w:r>
              <w:rPr>
                <w:rFonts w:ascii="Calibri" w:hAnsi="Calibri"/>
                <w:sz w:val="21"/>
              </w:rPr>
              <w:t>Zahtjevi zaprimljeni do 30. rujna tekuće školske godine omogućavaju ostvarenje prava</w:t>
            </w:r>
            <w:r>
              <w:rPr>
                <w:rFonts w:ascii="Calibri" w:hAnsi="Calibri"/>
                <w:sz w:val="21"/>
              </w:rPr>
              <w:t xml:space="preserve"> od početka školske godine. Nakon tog datuma, pravo se ostvaruje od mjeseca podnošenja zahtjeva.</w:t>
            </w:r>
          </w:p>
        </w:tc>
      </w:tr>
    </w:tbl>
    <w:p w:rsidR="00D32459" w:rsidRDefault="00D32459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D32459">
        <w:trPr>
          <w:jc w:val="center"/>
        </w:trPr>
        <w:tc>
          <w:tcPr>
            <w:tcW w:w="9360" w:type="dxa"/>
            <w:shd w:val="clear" w:color="auto" w:fill="E9EDF4"/>
            <w:tcMar>
              <w:top w:w="140" w:type="dxa"/>
              <w:left w:w="200" w:type="dxa"/>
              <w:bottom w:w="140" w:type="dxa"/>
              <w:right w:w="200" w:type="dxa"/>
            </w:tcMar>
          </w:tcPr>
          <w:p w:rsidR="00D32459" w:rsidRDefault="00972DA5">
            <w:pPr>
              <w:spacing w:after="0"/>
            </w:pPr>
            <w:r>
              <w:rPr>
                <w:rFonts w:ascii="Calibri" w:hAnsi="Calibri"/>
                <w:b/>
                <w:color w:val="1F4E79"/>
              </w:rPr>
              <w:lastRenderedPageBreak/>
              <w:t>NAPOMENA ZA SAMOHRANE RODITELJE:</w:t>
            </w:r>
            <w:r>
              <w:rPr>
                <w:rFonts w:ascii="Calibri" w:hAnsi="Calibri"/>
                <w:b/>
                <w:color w:val="1F4E79"/>
              </w:rPr>
              <w:br/>
            </w:r>
            <w:r>
              <w:rPr>
                <w:rFonts w:ascii="Calibri" w:hAnsi="Calibri"/>
                <w:sz w:val="21"/>
              </w:rPr>
              <w:t>Uvjet prihoda uvećan za 100% ispunjava korisnik ako nema mjesečni prihod viši od:</w:t>
            </w:r>
            <w:r>
              <w:rPr>
                <w:rFonts w:ascii="Calibri" w:hAnsi="Calibri"/>
                <w:sz w:val="21"/>
              </w:rPr>
              <w:br/>
              <w:t>• Dvočlana obitelj: 1.100 EUR</w:t>
            </w:r>
            <w:r>
              <w:rPr>
                <w:rFonts w:ascii="Calibri" w:hAnsi="Calibri"/>
                <w:sz w:val="21"/>
              </w:rPr>
              <w:br/>
              <w:t xml:space="preserve">• Za svakog </w:t>
            </w:r>
            <w:r>
              <w:rPr>
                <w:rFonts w:ascii="Calibri" w:hAnsi="Calibri"/>
                <w:sz w:val="21"/>
              </w:rPr>
              <w:t>daljnjeg člana: + 200 EUR</w:t>
            </w:r>
          </w:p>
        </w:tc>
      </w:tr>
    </w:tbl>
    <w:p w:rsidR="00972DA5" w:rsidRDefault="00972DA5"/>
    <w:sectPr w:rsidR="00972DA5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72DA5"/>
    <w:rsid w:val="00AA1D8D"/>
    <w:rsid w:val="00B47730"/>
    <w:rsid w:val="00CB0664"/>
    <w:rsid w:val="00D32459"/>
    <w:rsid w:val="00F159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6E1A0B5-2DDE-4DEF-BA83-A7076BF8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E4A66F-F5DB-45C4-A33F-9ACE9DAF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Jelena Kovačić</cp:lastModifiedBy>
  <cp:revision>2</cp:revision>
  <dcterms:created xsi:type="dcterms:W3CDTF">2013-12-23T23:15:00Z</dcterms:created>
  <dcterms:modified xsi:type="dcterms:W3CDTF">2026-09-08T11:26:00Z</dcterms:modified>
  <cp:category/>
</cp:coreProperties>
</file>